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ותהליך למידה עם AI (י׳–י״ב)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בהערכה חלופית בעל-יסודי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תיק התהליך, אבני הדרך וההגנה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ביקורתי בבוט מנחה סוקרטי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שניהם שווים - 40 אחוז 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בשלב חוזה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(מתכננים לאחור ומבצעים בעצמנו את השלב הקשה)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(מציגים בעיה, תוצר לדוגמה ומחוון)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(התלמידים מאשרים כללי שימוש ותיעוד)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(תוצר ביניים ושיחה קצרה עם המורה)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- תכנון לאחור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 השקה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חוזה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כתיבה בכיתה בלי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שאלה פתוחה לבוט ושאלת ביקורת עצמית על אמינות או הנחות יסוד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ותוצר, כל אחד 40 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לתעד גרסאות, שיחות AI וביקורת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פרקים או מסקנות במקום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שלבי התהליך על לוח ולבקש מהתלמידים לשחזר אותם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שיחה קצרה עם בוט מנחה כדי שהתלמידים יבינו את ההבדל בין עזרה לבין כתיבה במקומם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משימת הכתיבה הפתוחה לנושא עבודת החקר האמיתית של כל 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ותהליך למידה עם AI (י׳–י״ב)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בעבודת חקר או פרויקט בעידן ה-AI, המורה מעריכה לא רק את התוצר הסופי אלא גם את התהליך - איך חשבתם, איך השתמשתם בכלים, ואיך הגנתם על העבודה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  ·  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אחוזים מהציון מוקצים לתהליך לפי המודל המוצג?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אחוזים מהציון מוקצים להגנה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המודל, תהליך שווה יותר מתוצר בציון הסופי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חוזה ה-AI מגדיר מה מותר ומה צריך לתעד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אבן דרך יש תוצר ביניים ושיחה מנחה של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ההגנה בעל פה בסוף התהליך נמשכת 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שלב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לפני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התלמידים מאשרים כללי שימוש ותיעוד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שיעור השקה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מתכננים לאחור ומבצעים בעצמנו את השלב הקשה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חוזה 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תוצר ביניים ושיחה קצרה עם המורה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אבני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מציגים בעיה, תוצר לדוגמה ומחוון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חוזה 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כתיבה בכיתה בלי 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שיעור השקה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- תכנון לאחור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פותחים עבודת חקר. כתבו שאלה אחת שתשאלו בוט מנחה, ונסחו גם שאלה ביקורתית שתשאלו את עצמכם לגבי התשובה שתקבלו.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המרכיבים העיקריים שמרכיבים את הציון חוץ מההגנה?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התפקיד של תיק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ותהליך למידה עם AI (י׳–י״ב)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