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ותהליך למידה עם AI (י׳–י״ב)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בהערכה חלופית בעל-יסודי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תיק התהליך, אבני הדרך וההגנה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ביקורתי בבוט מנחה סוקרטי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לכתוב פרקים או מסקנות במקום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שניהם שווים - 40 אחוז 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בשלב חוזה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מטרת המפגש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הטיפ אומר לשמור זמן להגנות כבר בתכנון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השלב הקשה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(מתכננים לאחור ומבצעים בעצמנו את השלב הקשה)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(מציגים בעיה, תוצר לדוגמה ומחוון)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(התלמידים מאשרים כללי שימוש ותיעוד)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(תוצר ביניים ושיחה קצרה עם המורה)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(תוצר, תיק תהליך והגנה בעל 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 - תכנון לאחור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שיעור השקה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חוזה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אבני דרך ושיחות מנחה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כתיבה בכיתה בלי 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שאלה פתוחה לבוט ושאלת ביקורת עצמית על אמינות או הנחות יסוד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תהליך ותוצר, כל אחד 40 אחוז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לתעד גרסאות, שיחות AI וביקורת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פרקים או מסקנות במקום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שלבי התהליך על לוח ולבקש מהתלמידים לשחזר אותם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שיחה קצרה עם בוט מנחה כדי שהתלמידים יבינו את ההבדל בין עזרה לבין כתיבה במקומם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משימת הכתיבה הפתוחה לנושא עבודת החקר האמיתית של כל תלמיד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ותהליך למידה עם AI (י׳–י״ב)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בעבודה חדשה, המורה בודקת גם איך עבדתם ולא רק מה הגשתם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הדרך מהתחלה ועד הסוף, כולל טיוטות ושיחות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העבודה הסופית שמגישים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אבן דרך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ביקורת באמצע העבודה עם תוצר ביניים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קובץ שבו שומרים גרסאות, שיחות AI וביקורת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 בעל 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מסבירים ומגינים על העבודה מול מורה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שקובע כמה מותר להשתמש בכלי AI בכל שלב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AI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שמגדיר מה מותר ומה חייבים לתעד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מנחה סוקרטי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בוט ששואל שאלות מאתגרות ולא כותב בשביל התלמיד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אחוז מהציון זה 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אחוז זה ההגנה?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השיחה בכל אבן 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אורכת ההגנה?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רמת AIAS מתאימה לפרויקט יזמי?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אסור לבוט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לשאול שאלות מאתגרות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אמינות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פרקים או מסקנות במקום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לבקש הערכת ראיות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המודל, תהליך שווה יותר מתוצר בציון הסופי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ה-AI מגדיר מה מותר ומה צריך לתעד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בכיתה בלי AI נועדה לשמש בסיס להשוואה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לוותר על זמן להגנות בגלל לחץ זמן בתכנון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אבן דרך יש תוצר ביניים ושיחה מנחה של __________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ההגנה בעל פה בסוף התהליך נמשכת __________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תיק התהליך כולל גרסאות, שיחות AI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תחילת התהליך המורים מבצעים בעצמם את __________ עם הכלים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שלב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לפני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מציגים בעיה, תוצר לדוגמה ומחוון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שיעור השקה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התלמידים מאשרים כללי שימוש ותיעוד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חוזה AI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מתכננים לאחור ומבצעים בעצמנו את השלב הקשה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אבני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תוצר, תיק תהליך והגנה בעל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הגשה והגנה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תוצר ביניים ושיחה קצרה עם המורה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אבני דרך ושיחות מנחה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בכיתה בלי AI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השקה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AI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- תכנון לאחור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פותחים עבודת חקר. כתבו שאלה אחת שתשאלו בוט מנחה, ונסחו גם שאלה ביקורתית שתשאלו את עצמכם לגבי התשובה שתקבלו.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המרכיבים העיקריים שמרכיבים את הציון חוץ מההגנה?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התפקיד של תיק התהליך?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אסור לבוט המנחה לעשות עבור התלמיד?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ותהליך למידה עם AI (י׳–י״ב)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